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AFF" w:rsidRPr="000D2167" w:rsidRDefault="004471F2" w:rsidP="00C10A0B">
      <w:pPr>
        <w:pStyle w:val="Title"/>
        <w:pBdr>
          <w:bottom w:val="none" w:sz="0" w:space="0" w:color="auto"/>
        </w:pBdr>
        <w:spacing w:after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0D2167">
        <w:rPr>
          <w:rFonts w:ascii="Times New Roman" w:hAnsi="Times New Roman" w:cs="Times New Roman"/>
          <w:b/>
          <w:color w:val="auto"/>
          <w:sz w:val="28"/>
          <w:szCs w:val="28"/>
        </w:rPr>
        <w:t>MANIPUR UNIVERSITY OF CULTURE</w:t>
      </w:r>
    </w:p>
    <w:p w:rsidR="00C10A0B" w:rsidRPr="000D2167" w:rsidRDefault="00C10A0B" w:rsidP="00C10A0B">
      <w:pPr>
        <w:spacing w:after="0" w:line="240" w:lineRule="auto"/>
        <w:jc w:val="center"/>
      </w:pPr>
      <w:r w:rsidRPr="000D2167">
        <w:t xml:space="preserve">Palace Compound, </w:t>
      </w:r>
      <w:proofErr w:type="spellStart"/>
      <w:r w:rsidRPr="000D2167">
        <w:t>Imphal</w:t>
      </w:r>
      <w:proofErr w:type="spellEnd"/>
      <w:r w:rsidRPr="000D2167">
        <w:t xml:space="preserve"> East, Manipur</w:t>
      </w:r>
    </w:p>
    <w:p w:rsidR="00F25AFF" w:rsidRPr="000D2167" w:rsidRDefault="000058A9" w:rsidP="00C10A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2167">
        <w:rPr>
          <w:rFonts w:ascii="Times New Roman" w:hAnsi="Times New Roman" w:cs="Times New Roman"/>
          <w:sz w:val="24"/>
          <w:szCs w:val="24"/>
        </w:rPr>
        <w:t>Six-Month</w:t>
      </w:r>
      <w:r w:rsidR="00F21307" w:rsidRPr="000D2167">
        <w:rPr>
          <w:rFonts w:ascii="Times New Roman" w:hAnsi="Times New Roman" w:cs="Times New Roman"/>
          <w:sz w:val="24"/>
          <w:szCs w:val="24"/>
        </w:rPr>
        <w:t>ly</w:t>
      </w:r>
      <w:r w:rsidR="004471F2" w:rsidRPr="000D2167">
        <w:rPr>
          <w:rFonts w:ascii="Times New Roman" w:hAnsi="Times New Roman" w:cs="Times New Roman"/>
          <w:sz w:val="24"/>
          <w:szCs w:val="24"/>
        </w:rPr>
        <w:t xml:space="preserve"> Progress Report of PhD Research Scholar</w:t>
      </w:r>
    </w:p>
    <w:p w:rsidR="00F25AFF" w:rsidRPr="000D2167" w:rsidRDefault="004471F2" w:rsidP="00C10A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2167">
        <w:rPr>
          <w:rFonts w:ascii="Times New Roman" w:hAnsi="Times New Roman" w:cs="Times New Roman"/>
          <w:sz w:val="24"/>
          <w:szCs w:val="24"/>
        </w:rPr>
        <w:t>(As per UGC Regulations)</w:t>
      </w:r>
    </w:p>
    <w:p w:rsidR="00C10A0B" w:rsidRPr="000D2167" w:rsidRDefault="00C10A0B" w:rsidP="00C10A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2167">
        <w:rPr>
          <w:rFonts w:ascii="Times New Roman" w:hAnsi="Times New Roman" w:cs="Times New Roman"/>
          <w:sz w:val="24"/>
          <w:szCs w:val="24"/>
        </w:rPr>
        <w:t>---</w:t>
      </w:r>
    </w:p>
    <w:p w:rsidR="00C10A0B" w:rsidRPr="000D2167" w:rsidRDefault="00C10A0B" w:rsidP="00C10A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5AFF" w:rsidRPr="000D2167" w:rsidRDefault="004471F2" w:rsidP="00C10A0B">
      <w:pPr>
        <w:pStyle w:val="Heading1"/>
        <w:spacing w:before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D2167">
        <w:rPr>
          <w:rFonts w:ascii="Times New Roman" w:hAnsi="Times New Roman" w:cs="Times New Roman"/>
          <w:color w:val="auto"/>
          <w:sz w:val="24"/>
          <w:szCs w:val="24"/>
        </w:rPr>
        <w:t>1. Basic Information of the Research Scholar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5387"/>
      </w:tblGrid>
      <w:tr w:rsidR="00F25AFF" w:rsidRPr="000D2167" w:rsidTr="0002023A">
        <w:tc>
          <w:tcPr>
            <w:tcW w:w="3510" w:type="dxa"/>
          </w:tcPr>
          <w:p w:rsidR="00F25AFF" w:rsidRPr="000D2167" w:rsidRDefault="004471F2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167">
              <w:rPr>
                <w:rFonts w:ascii="Times New Roman" w:hAnsi="Times New Roman" w:cs="Times New Roman"/>
                <w:sz w:val="24"/>
                <w:szCs w:val="24"/>
              </w:rPr>
              <w:t>Particulars</w:t>
            </w:r>
          </w:p>
        </w:tc>
        <w:tc>
          <w:tcPr>
            <w:tcW w:w="5387" w:type="dxa"/>
          </w:tcPr>
          <w:p w:rsidR="00F25AFF" w:rsidRPr="000D2167" w:rsidRDefault="004471F2" w:rsidP="00C10A0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167">
              <w:rPr>
                <w:rFonts w:ascii="Times New Roman" w:hAnsi="Times New Roman" w:cs="Times New Roman"/>
                <w:sz w:val="24"/>
                <w:szCs w:val="24"/>
              </w:rPr>
              <w:t>Details</w:t>
            </w:r>
          </w:p>
        </w:tc>
      </w:tr>
      <w:tr w:rsidR="00F25AFF" w:rsidRPr="000D2167" w:rsidTr="0002023A">
        <w:tc>
          <w:tcPr>
            <w:tcW w:w="3510" w:type="dxa"/>
          </w:tcPr>
          <w:p w:rsidR="00F25AFF" w:rsidRPr="000D2167" w:rsidRDefault="004471F2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167">
              <w:rPr>
                <w:rFonts w:ascii="Times New Roman" w:hAnsi="Times New Roman" w:cs="Times New Roman"/>
                <w:sz w:val="24"/>
                <w:szCs w:val="24"/>
              </w:rPr>
              <w:t>Name of the Research Scholar</w:t>
            </w:r>
          </w:p>
        </w:tc>
        <w:tc>
          <w:tcPr>
            <w:tcW w:w="5387" w:type="dxa"/>
          </w:tcPr>
          <w:p w:rsidR="00F25AFF" w:rsidRPr="000D2167" w:rsidRDefault="00F25AFF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AFF" w:rsidRPr="000D2167" w:rsidTr="0002023A">
        <w:tc>
          <w:tcPr>
            <w:tcW w:w="3510" w:type="dxa"/>
          </w:tcPr>
          <w:p w:rsidR="00F25AFF" w:rsidRPr="000D2167" w:rsidRDefault="004471F2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167">
              <w:rPr>
                <w:rFonts w:ascii="Times New Roman" w:hAnsi="Times New Roman" w:cs="Times New Roman"/>
                <w:sz w:val="24"/>
                <w:szCs w:val="24"/>
              </w:rPr>
              <w:t>Registration Number</w:t>
            </w:r>
          </w:p>
        </w:tc>
        <w:tc>
          <w:tcPr>
            <w:tcW w:w="5387" w:type="dxa"/>
          </w:tcPr>
          <w:p w:rsidR="00F25AFF" w:rsidRPr="000D2167" w:rsidRDefault="00F25AFF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AFF" w:rsidRPr="000D2167" w:rsidTr="0002023A">
        <w:tc>
          <w:tcPr>
            <w:tcW w:w="3510" w:type="dxa"/>
          </w:tcPr>
          <w:p w:rsidR="00F25AFF" w:rsidRPr="000D2167" w:rsidRDefault="004471F2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167">
              <w:rPr>
                <w:rFonts w:ascii="Times New Roman" w:hAnsi="Times New Roman" w:cs="Times New Roman"/>
                <w:sz w:val="24"/>
                <w:szCs w:val="24"/>
              </w:rPr>
              <w:t>Department</w:t>
            </w:r>
          </w:p>
        </w:tc>
        <w:tc>
          <w:tcPr>
            <w:tcW w:w="5387" w:type="dxa"/>
          </w:tcPr>
          <w:p w:rsidR="00F25AFF" w:rsidRPr="000D2167" w:rsidRDefault="00F25AFF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AFF" w:rsidRPr="000D2167" w:rsidTr="0002023A">
        <w:tc>
          <w:tcPr>
            <w:tcW w:w="3510" w:type="dxa"/>
          </w:tcPr>
          <w:p w:rsidR="00F25AFF" w:rsidRPr="000D2167" w:rsidRDefault="004471F2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167">
              <w:rPr>
                <w:rFonts w:ascii="Times New Roman" w:hAnsi="Times New Roman" w:cs="Times New Roman"/>
                <w:sz w:val="24"/>
                <w:szCs w:val="24"/>
              </w:rPr>
              <w:t>Faculty / School</w:t>
            </w:r>
          </w:p>
        </w:tc>
        <w:tc>
          <w:tcPr>
            <w:tcW w:w="5387" w:type="dxa"/>
          </w:tcPr>
          <w:p w:rsidR="00F25AFF" w:rsidRPr="000D2167" w:rsidRDefault="00F25AFF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AFF" w:rsidRPr="000D2167" w:rsidTr="0002023A">
        <w:tc>
          <w:tcPr>
            <w:tcW w:w="3510" w:type="dxa"/>
          </w:tcPr>
          <w:p w:rsidR="00F25AFF" w:rsidRPr="000D2167" w:rsidRDefault="004471F2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167">
              <w:rPr>
                <w:rFonts w:ascii="Times New Roman" w:hAnsi="Times New Roman" w:cs="Times New Roman"/>
                <w:sz w:val="24"/>
                <w:szCs w:val="24"/>
              </w:rPr>
              <w:t>Category (Full-time / Part-time)</w:t>
            </w:r>
          </w:p>
        </w:tc>
        <w:tc>
          <w:tcPr>
            <w:tcW w:w="5387" w:type="dxa"/>
          </w:tcPr>
          <w:p w:rsidR="00F25AFF" w:rsidRPr="000D2167" w:rsidRDefault="00F25AFF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AFF" w:rsidRPr="000D2167" w:rsidTr="0002023A">
        <w:tc>
          <w:tcPr>
            <w:tcW w:w="3510" w:type="dxa"/>
          </w:tcPr>
          <w:p w:rsidR="00F25AFF" w:rsidRPr="000D2167" w:rsidRDefault="004471F2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167">
              <w:rPr>
                <w:rFonts w:ascii="Times New Roman" w:hAnsi="Times New Roman" w:cs="Times New Roman"/>
                <w:sz w:val="24"/>
                <w:szCs w:val="24"/>
              </w:rPr>
              <w:t>Date of PhD Registration</w:t>
            </w:r>
          </w:p>
        </w:tc>
        <w:tc>
          <w:tcPr>
            <w:tcW w:w="5387" w:type="dxa"/>
          </w:tcPr>
          <w:p w:rsidR="00F25AFF" w:rsidRPr="000D2167" w:rsidRDefault="00F25AFF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AFF" w:rsidRPr="000D2167" w:rsidTr="0002023A">
        <w:tc>
          <w:tcPr>
            <w:tcW w:w="3510" w:type="dxa"/>
          </w:tcPr>
          <w:p w:rsidR="00F25AFF" w:rsidRPr="000D2167" w:rsidRDefault="004471F2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167">
              <w:rPr>
                <w:rFonts w:ascii="Times New Roman" w:hAnsi="Times New Roman" w:cs="Times New Roman"/>
                <w:sz w:val="24"/>
                <w:szCs w:val="24"/>
              </w:rPr>
              <w:t>Title of the Research Topic</w:t>
            </w:r>
          </w:p>
        </w:tc>
        <w:tc>
          <w:tcPr>
            <w:tcW w:w="5387" w:type="dxa"/>
          </w:tcPr>
          <w:p w:rsidR="00F25AFF" w:rsidRPr="000D2167" w:rsidRDefault="00F25AFF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AFF" w:rsidRPr="000D2167" w:rsidTr="0002023A">
        <w:tc>
          <w:tcPr>
            <w:tcW w:w="3510" w:type="dxa"/>
          </w:tcPr>
          <w:p w:rsidR="00F25AFF" w:rsidRPr="000D2167" w:rsidRDefault="004471F2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167">
              <w:rPr>
                <w:rFonts w:ascii="Times New Roman" w:hAnsi="Times New Roman" w:cs="Times New Roman"/>
                <w:sz w:val="24"/>
                <w:szCs w:val="24"/>
              </w:rPr>
              <w:t>Name of Supervisor</w:t>
            </w:r>
          </w:p>
        </w:tc>
        <w:tc>
          <w:tcPr>
            <w:tcW w:w="5387" w:type="dxa"/>
          </w:tcPr>
          <w:p w:rsidR="00F25AFF" w:rsidRPr="000D2167" w:rsidRDefault="00F25AFF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AFF" w:rsidRPr="000D2167" w:rsidTr="0002023A">
        <w:tc>
          <w:tcPr>
            <w:tcW w:w="3510" w:type="dxa"/>
          </w:tcPr>
          <w:p w:rsidR="00F25AFF" w:rsidRPr="000D2167" w:rsidRDefault="004471F2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167">
              <w:rPr>
                <w:rFonts w:ascii="Times New Roman" w:hAnsi="Times New Roman" w:cs="Times New Roman"/>
                <w:sz w:val="24"/>
                <w:szCs w:val="24"/>
              </w:rPr>
              <w:t>Name of Co-Supervisor (if any)</w:t>
            </w:r>
          </w:p>
        </w:tc>
        <w:tc>
          <w:tcPr>
            <w:tcW w:w="5387" w:type="dxa"/>
          </w:tcPr>
          <w:p w:rsidR="00F25AFF" w:rsidRPr="000D2167" w:rsidRDefault="00F25AFF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AFF" w:rsidRPr="000D2167" w:rsidTr="0002023A">
        <w:tc>
          <w:tcPr>
            <w:tcW w:w="3510" w:type="dxa"/>
          </w:tcPr>
          <w:p w:rsidR="00F25AFF" w:rsidRPr="000D2167" w:rsidRDefault="004471F2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167">
              <w:rPr>
                <w:rFonts w:ascii="Times New Roman" w:hAnsi="Times New Roman" w:cs="Times New Roman"/>
                <w:sz w:val="24"/>
                <w:szCs w:val="24"/>
              </w:rPr>
              <w:t>Duration of Report (From - To)</w:t>
            </w:r>
          </w:p>
        </w:tc>
        <w:tc>
          <w:tcPr>
            <w:tcW w:w="5387" w:type="dxa"/>
          </w:tcPr>
          <w:p w:rsidR="00F25AFF" w:rsidRPr="000D2167" w:rsidRDefault="00F25AFF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AFF" w:rsidRPr="000D2167" w:rsidTr="0002023A">
        <w:tc>
          <w:tcPr>
            <w:tcW w:w="3510" w:type="dxa"/>
          </w:tcPr>
          <w:p w:rsidR="00F25AFF" w:rsidRPr="000D2167" w:rsidRDefault="004471F2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167">
              <w:rPr>
                <w:rFonts w:ascii="Times New Roman" w:hAnsi="Times New Roman" w:cs="Times New Roman"/>
                <w:sz w:val="24"/>
                <w:szCs w:val="24"/>
              </w:rPr>
              <w:t>Semester of Research</w:t>
            </w:r>
          </w:p>
        </w:tc>
        <w:tc>
          <w:tcPr>
            <w:tcW w:w="5387" w:type="dxa"/>
          </w:tcPr>
          <w:p w:rsidR="00F25AFF" w:rsidRPr="000D2167" w:rsidRDefault="00F25AFF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4AE1" w:rsidRDefault="00214AE1" w:rsidP="00C10A0B">
      <w:pPr>
        <w:pStyle w:val="Heading1"/>
        <w:spacing w:before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F25AFF" w:rsidRPr="000D2167" w:rsidRDefault="004471F2" w:rsidP="00C10A0B">
      <w:pPr>
        <w:pStyle w:val="Heading1"/>
        <w:spacing w:before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D2167">
        <w:rPr>
          <w:rFonts w:ascii="Times New Roman" w:hAnsi="Times New Roman" w:cs="Times New Roman"/>
          <w:color w:val="auto"/>
          <w:sz w:val="24"/>
          <w:szCs w:val="24"/>
        </w:rPr>
        <w:t xml:space="preserve">2. Progress of Research Work </w:t>
      </w:r>
      <w:proofErr w:type="gramStart"/>
      <w:r w:rsidRPr="000D2167">
        <w:rPr>
          <w:rFonts w:ascii="Times New Roman" w:hAnsi="Times New Roman" w:cs="Times New Roman"/>
          <w:color w:val="auto"/>
          <w:sz w:val="24"/>
          <w:szCs w:val="24"/>
        </w:rPr>
        <w:t>During</w:t>
      </w:r>
      <w:proofErr w:type="gramEnd"/>
      <w:r w:rsidRPr="000D2167">
        <w:rPr>
          <w:rFonts w:ascii="Times New Roman" w:hAnsi="Times New Roman" w:cs="Times New Roman"/>
          <w:color w:val="auto"/>
          <w:sz w:val="24"/>
          <w:szCs w:val="24"/>
        </w:rPr>
        <w:t xml:space="preserve"> the Period</w:t>
      </w:r>
    </w:p>
    <w:p w:rsidR="00F25AFF" w:rsidRPr="000D2167" w:rsidRDefault="004471F2" w:rsidP="00903E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2167">
        <w:rPr>
          <w:rFonts w:ascii="Times New Roman" w:hAnsi="Times New Roman" w:cs="Times New Roman"/>
          <w:sz w:val="24"/>
          <w:szCs w:val="24"/>
        </w:rPr>
        <w:t xml:space="preserve">Brief description of research work completed during the reporting period (max </w:t>
      </w:r>
      <w:r w:rsidR="0002023A" w:rsidRPr="000D2167">
        <w:rPr>
          <w:rFonts w:ascii="Times New Roman" w:hAnsi="Times New Roman" w:cs="Times New Roman"/>
          <w:sz w:val="24"/>
          <w:szCs w:val="24"/>
        </w:rPr>
        <w:t>20</w:t>
      </w:r>
      <w:r w:rsidRPr="000D2167">
        <w:rPr>
          <w:rFonts w:ascii="Times New Roman" w:hAnsi="Times New Roman" w:cs="Times New Roman"/>
          <w:sz w:val="24"/>
          <w:szCs w:val="24"/>
        </w:rPr>
        <w:t>00 words).</w:t>
      </w:r>
    </w:p>
    <w:p w:rsidR="00903E73" w:rsidRPr="000D2167" w:rsidRDefault="00903E73" w:rsidP="00903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25AFF" w:rsidRPr="000D2167" w:rsidRDefault="004471F2" w:rsidP="00C10A0B">
      <w:pPr>
        <w:pStyle w:val="Heading1"/>
        <w:spacing w:before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D2167">
        <w:rPr>
          <w:rFonts w:ascii="Times New Roman" w:hAnsi="Times New Roman" w:cs="Times New Roman"/>
          <w:color w:val="auto"/>
          <w:sz w:val="24"/>
          <w:szCs w:val="24"/>
        </w:rPr>
        <w:t>3. Thesis Writing Progress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8"/>
        <w:gridCol w:w="2652"/>
        <w:gridCol w:w="2189"/>
        <w:gridCol w:w="2388"/>
      </w:tblGrid>
      <w:tr w:rsidR="00F25AFF" w:rsidRPr="000D2167" w:rsidTr="00903E73">
        <w:tc>
          <w:tcPr>
            <w:tcW w:w="1668" w:type="dxa"/>
          </w:tcPr>
          <w:p w:rsidR="00F25AFF" w:rsidRPr="000D2167" w:rsidRDefault="004471F2" w:rsidP="00903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167">
              <w:rPr>
                <w:rFonts w:ascii="Times New Roman" w:hAnsi="Times New Roman" w:cs="Times New Roman"/>
                <w:sz w:val="24"/>
                <w:szCs w:val="24"/>
              </w:rPr>
              <w:t>Chapter No.</w:t>
            </w:r>
          </w:p>
        </w:tc>
        <w:tc>
          <w:tcPr>
            <w:tcW w:w="2652" w:type="dxa"/>
          </w:tcPr>
          <w:p w:rsidR="00F25AFF" w:rsidRPr="000D2167" w:rsidRDefault="004471F2" w:rsidP="00903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167">
              <w:rPr>
                <w:rFonts w:ascii="Times New Roman" w:hAnsi="Times New Roman" w:cs="Times New Roman"/>
                <w:sz w:val="24"/>
                <w:szCs w:val="24"/>
              </w:rPr>
              <w:t>Title of Chapter</w:t>
            </w:r>
          </w:p>
        </w:tc>
        <w:tc>
          <w:tcPr>
            <w:tcW w:w="2189" w:type="dxa"/>
          </w:tcPr>
          <w:p w:rsidR="00F25AFF" w:rsidRPr="000D2167" w:rsidRDefault="004471F2" w:rsidP="00903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167">
              <w:rPr>
                <w:rFonts w:ascii="Times New Roman" w:hAnsi="Times New Roman" w:cs="Times New Roman"/>
                <w:sz w:val="24"/>
                <w:szCs w:val="24"/>
              </w:rPr>
              <w:t>Status (Completed/Draft/In Progress)</w:t>
            </w:r>
          </w:p>
        </w:tc>
        <w:tc>
          <w:tcPr>
            <w:tcW w:w="2388" w:type="dxa"/>
          </w:tcPr>
          <w:p w:rsidR="00F25AFF" w:rsidRPr="000D2167" w:rsidRDefault="004471F2" w:rsidP="00903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167">
              <w:rPr>
                <w:rFonts w:ascii="Times New Roman" w:hAnsi="Times New Roman" w:cs="Times New Roman"/>
                <w:sz w:val="24"/>
                <w:szCs w:val="24"/>
              </w:rPr>
              <w:t>Pages Written</w:t>
            </w:r>
          </w:p>
        </w:tc>
      </w:tr>
      <w:tr w:rsidR="00F25AFF" w:rsidRPr="000D2167" w:rsidTr="00903E73">
        <w:tc>
          <w:tcPr>
            <w:tcW w:w="1668" w:type="dxa"/>
          </w:tcPr>
          <w:p w:rsidR="00F25AFF" w:rsidRPr="000D2167" w:rsidRDefault="004471F2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167">
              <w:rPr>
                <w:rFonts w:ascii="Times New Roman" w:hAnsi="Times New Roman" w:cs="Times New Roman"/>
                <w:sz w:val="24"/>
                <w:szCs w:val="24"/>
              </w:rPr>
              <w:t>Chapter 1</w:t>
            </w:r>
          </w:p>
        </w:tc>
        <w:tc>
          <w:tcPr>
            <w:tcW w:w="2652" w:type="dxa"/>
          </w:tcPr>
          <w:p w:rsidR="00F25AFF" w:rsidRPr="000D2167" w:rsidRDefault="00F25AFF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</w:tcPr>
          <w:p w:rsidR="00F25AFF" w:rsidRPr="000D2167" w:rsidRDefault="00F25AFF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</w:tcPr>
          <w:p w:rsidR="00F25AFF" w:rsidRPr="000D2167" w:rsidRDefault="00F25AFF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AFF" w:rsidRPr="000D2167" w:rsidTr="00903E73">
        <w:tc>
          <w:tcPr>
            <w:tcW w:w="1668" w:type="dxa"/>
          </w:tcPr>
          <w:p w:rsidR="00F25AFF" w:rsidRPr="000D2167" w:rsidRDefault="004471F2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167">
              <w:rPr>
                <w:rFonts w:ascii="Times New Roman" w:hAnsi="Times New Roman" w:cs="Times New Roman"/>
                <w:sz w:val="24"/>
                <w:szCs w:val="24"/>
              </w:rPr>
              <w:t>Chapter 2</w:t>
            </w:r>
          </w:p>
        </w:tc>
        <w:tc>
          <w:tcPr>
            <w:tcW w:w="2652" w:type="dxa"/>
          </w:tcPr>
          <w:p w:rsidR="00F25AFF" w:rsidRPr="000D2167" w:rsidRDefault="00F25AFF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</w:tcPr>
          <w:p w:rsidR="00F25AFF" w:rsidRPr="000D2167" w:rsidRDefault="00F25AFF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</w:tcPr>
          <w:p w:rsidR="00F25AFF" w:rsidRPr="000D2167" w:rsidRDefault="00F25AFF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AFF" w:rsidRPr="000D2167" w:rsidTr="00903E73">
        <w:tc>
          <w:tcPr>
            <w:tcW w:w="1668" w:type="dxa"/>
          </w:tcPr>
          <w:p w:rsidR="00F25AFF" w:rsidRPr="000D2167" w:rsidRDefault="004471F2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167">
              <w:rPr>
                <w:rFonts w:ascii="Times New Roman" w:hAnsi="Times New Roman" w:cs="Times New Roman"/>
                <w:sz w:val="24"/>
                <w:szCs w:val="24"/>
              </w:rPr>
              <w:t>Chapter 3</w:t>
            </w:r>
          </w:p>
        </w:tc>
        <w:tc>
          <w:tcPr>
            <w:tcW w:w="2652" w:type="dxa"/>
          </w:tcPr>
          <w:p w:rsidR="00F25AFF" w:rsidRPr="000D2167" w:rsidRDefault="00F25AFF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</w:tcPr>
          <w:p w:rsidR="00F25AFF" w:rsidRPr="000D2167" w:rsidRDefault="00F25AFF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</w:tcPr>
          <w:p w:rsidR="00F25AFF" w:rsidRPr="000D2167" w:rsidRDefault="00F25AFF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AFF" w:rsidRPr="000D2167" w:rsidTr="00903E73">
        <w:tc>
          <w:tcPr>
            <w:tcW w:w="1668" w:type="dxa"/>
          </w:tcPr>
          <w:p w:rsidR="00F25AFF" w:rsidRPr="000D2167" w:rsidRDefault="004471F2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167">
              <w:rPr>
                <w:rFonts w:ascii="Times New Roman" w:hAnsi="Times New Roman" w:cs="Times New Roman"/>
                <w:sz w:val="24"/>
                <w:szCs w:val="24"/>
              </w:rPr>
              <w:t>Chapter 4</w:t>
            </w:r>
          </w:p>
        </w:tc>
        <w:tc>
          <w:tcPr>
            <w:tcW w:w="2652" w:type="dxa"/>
          </w:tcPr>
          <w:p w:rsidR="00F25AFF" w:rsidRPr="000D2167" w:rsidRDefault="00F25AFF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</w:tcPr>
          <w:p w:rsidR="00F25AFF" w:rsidRPr="000D2167" w:rsidRDefault="00F25AFF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</w:tcPr>
          <w:p w:rsidR="00F25AFF" w:rsidRPr="000D2167" w:rsidRDefault="00F25AFF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AFF" w:rsidRPr="000D2167" w:rsidTr="00903E73">
        <w:tc>
          <w:tcPr>
            <w:tcW w:w="1668" w:type="dxa"/>
          </w:tcPr>
          <w:p w:rsidR="00F25AFF" w:rsidRPr="000D2167" w:rsidRDefault="004471F2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167">
              <w:rPr>
                <w:rFonts w:ascii="Times New Roman" w:hAnsi="Times New Roman" w:cs="Times New Roman"/>
                <w:sz w:val="24"/>
                <w:szCs w:val="24"/>
              </w:rPr>
              <w:t>Chapter 5</w:t>
            </w:r>
          </w:p>
        </w:tc>
        <w:tc>
          <w:tcPr>
            <w:tcW w:w="2652" w:type="dxa"/>
          </w:tcPr>
          <w:p w:rsidR="00F25AFF" w:rsidRPr="000D2167" w:rsidRDefault="00F25AFF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</w:tcPr>
          <w:p w:rsidR="00F25AFF" w:rsidRPr="000D2167" w:rsidRDefault="00F25AFF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</w:tcPr>
          <w:p w:rsidR="00F25AFF" w:rsidRPr="000D2167" w:rsidRDefault="00F25AFF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73" w:rsidRPr="000D2167" w:rsidTr="00903E73">
        <w:tc>
          <w:tcPr>
            <w:tcW w:w="1668" w:type="dxa"/>
          </w:tcPr>
          <w:p w:rsidR="00903E73" w:rsidRPr="000D2167" w:rsidRDefault="00903E73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167">
              <w:rPr>
                <w:rFonts w:ascii="Times New Roman" w:hAnsi="Times New Roman" w:cs="Times New Roman"/>
                <w:sz w:val="24"/>
                <w:szCs w:val="24"/>
              </w:rPr>
              <w:t>Chapter 6</w:t>
            </w:r>
          </w:p>
        </w:tc>
        <w:tc>
          <w:tcPr>
            <w:tcW w:w="2652" w:type="dxa"/>
          </w:tcPr>
          <w:p w:rsidR="00903E73" w:rsidRPr="000D2167" w:rsidRDefault="00903E73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</w:tcPr>
          <w:p w:rsidR="00903E73" w:rsidRPr="000D2167" w:rsidRDefault="00903E73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</w:tcPr>
          <w:p w:rsidR="00903E73" w:rsidRPr="000D2167" w:rsidRDefault="00903E73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AFF" w:rsidRPr="000D2167" w:rsidTr="00903E73">
        <w:tc>
          <w:tcPr>
            <w:tcW w:w="1668" w:type="dxa"/>
          </w:tcPr>
          <w:p w:rsidR="00F25AFF" w:rsidRPr="000D2167" w:rsidRDefault="004471F2" w:rsidP="00903E7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167">
              <w:rPr>
                <w:rFonts w:ascii="Times New Roman" w:hAnsi="Times New Roman" w:cs="Times New Roman"/>
                <w:sz w:val="24"/>
                <w:szCs w:val="24"/>
              </w:rPr>
              <w:t xml:space="preserve">Chapter </w:t>
            </w:r>
            <w:r w:rsidR="00903E73" w:rsidRPr="000D21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52" w:type="dxa"/>
          </w:tcPr>
          <w:p w:rsidR="00F25AFF" w:rsidRPr="000D2167" w:rsidRDefault="00F25AFF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</w:tcPr>
          <w:p w:rsidR="00F25AFF" w:rsidRPr="000D2167" w:rsidRDefault="00F25AFF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</w:tcPr>
          <w:p w:rsidR="00F25AFF" w:rsidRPr="000D2167" w:rsidRDefault="00F25AFF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73" w:rsidRPr="000D2167" w:rsidTr="00903E73">
        <w:tc>
          <w:tcPr>
            <w:tcW w:w="1668" w:type="dxa"/>
          </w:tcPr>
          <w:p w:rsidR="00903E73" w:rsidRPr="000D2167" w:rsidRDefault="00903E73" w:rsidP="00903E7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167">
              <w:rPr>
                <w:rFonts w:ascii="Times New Roman" w:hAnsi="Times New Roman" w:cs="Times New Roman"/>
                <w:sz w:val="24"/>
                <w:szCs w:val="24"/>
              </w:rPr>
              <w:t>Chapter 8</w:t>
            </w:r>
          </w:p>
        </w:tc>
        <w:tc>
          <w:tcPr>
            <w:tcW w:w="2652" w:type="dxa"/>
          </w:tcPr>
          <w:p w:rsidR="00903E73" w:rsidRPr="000D2167" w:rsidRDefault="00903E73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</w:tcPr>
          <w:p w:rsidR="00903E73" w:rsidRPr="000D2167" w:rsidRDefault="00903E73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</w:tcPr>
          <w:p w:rsidR="00903E73" w:rsidRPr="000D2167" w:rsidRDefault="00903E73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5AFF" w:rsidRPr="000D2167" w:rsidRDefault="004471F2" w:rsidP="00C10A0B">
      <w:pPr>
        <w:pStyle w:val="Heading1"/>
        <w:spacing w:before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D2167">
        <w:rPr>
          <w:rFonts w:ascii="Times New Roman" w:hAnsi="Times New Roman" w:cs="Times New Roman"/>
          <w:color w:val="auto"/>
          <w:sz w:val="24"/>
          <w:szCs w:val="24"/>
        </w:rPr>
        <w:lastRenderedPageBreak/>
        <w:t>4. Publications</w:t>
      </w:r>
    </w:p>
    <w:p w:rsidR="00F25AFF" w:rsidRPr="000D2167" w:rsidRDefault="004471F2" w:rsidP="00C10A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D2167">
        <w:rPr>
          <w:rFonts w:ascii="Times New Roman" w:hAnsi="Times New Roman" w:cs="Times New Roman"/>
          <w:sz w:val="24"/>
          <w:szCs w:val="24"/>
        </w:rPr>
        <w:t>4.1 Research Papers Published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"/>
        <w:gridCol w:w="1086"/>
        <w:gridCol w:w="1136"/>
        <w:gridCol w:w="1078"/>
        <w:gridCol w:w="2336"/>
        <w:gridCol w:w="1182"/>
        <w:gridCol w:w="1061"/>
      </w:tblGrid>
      <w:tr w:rsidR="00F25AFF" w:rsidRPr="000D2167" w:rsidTr="00C10A0B">
        <w:tc>
          <w:tcPr>
            <w:tcW w:w="1234" w:type="dxa"/>
          </w:tcPr>
          <w:p w:rsidR="00F25AFF" w:rsidRPr="000D2167" w:rsidRDefault="004471F2" w:rsidP="00903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167">
              <w:rPr>
                <w:rFonts w:ascii="Times New Roman" w:hAnsi="Times New Roman" w:cs="Times New Roman"/>
                <w:sz w:val="24"/>
                <w:szCs w:val="24"/>
              </w:rPr>
              <w:t>Sl</w:t>
            </w:r>
          </w:p>
        </w:tc>
        <w:tc>
          <w:tcPr>
            <w:tcW w:w="1234" w:type="dxa"/>
          </w:tcPr>
          <w:p w:rsidR="00F25AFF" w:rsidRPr="000D2167" w:rsidRDefault="004471F2" w:rsidP="00903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167">
              <w:rPr>
                <w:rFonts w:ascii="Times New Roman" w:hAnsi="Times New Roman" w:cs="Times New Roman"/>
                <w:sz w:val="24"/>
                <w:szCs w:val="24"/>
              </w:rPr>
              <w:t>Title of Paper</w:t>
            </w:r>
          </w:p>
        </w:tc>
        <w:tc>
          <w:tcPr>
            <w:tcW w:w="1234" w:type="dxa"/>
          </w:tcPr>
          <w:p w:rsidR="00F25AFF" w:rsidRPr="000D2167" w:rsidRDefault="004471F2" w:rsidP="00903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167">
              <w:rPr>
                <w:rFonts w:ascii="Times New Roman" w:hAnsi="Times New Roman" w:cs="Times New Roman"/>
                <w:sz w:val="24"/>
                <w:szCs w:val="24"/>
              </w:rPr>
              <w:t>Journal Name</w:t>
            </w:r>
          </w:p>
        </w:tc>
        <w:tc>
          <w:tcPr>
            <w:tcW w:w="1234" w:type="dxa"/>
          </w:tcPr>
          <w:p w:rsidR="00F25AFF" w:rsidRPr="000D2167" w:rsidRDefault="004471F2" w:rsidP="00903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167">
              <w:rPr>
                <w:rFonts w:ascii="Times New Roman" w:hAnsi="Times New Roman" w:cs="Times New Roman"/>
                <w:sz w:val="24"/>
                <w:szCs w:val="24"/>
              </w:rPr>
              <w:t>ISSN</w:t>
            </w:r>
          </w:p>
        </w:tc>
        <w:tc>
          <w:tcPr>
            <w:tcW w:w="1234" w:type="dxa"/>
          </w:tcPr>
          <w:p w:rsidR="00F25AFF" w:rsidRPr="000D2167" w:rsidRDefault="004471F2" w:rsidP="00903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167">
              <w:rPr>
                <w:rFonts w:ascii="Times New Roman" w:hAnsi="Times New Roman" w:cs="Times New Roman"/>
                <w:sz w:val="24"/>
                <w:szCs w:val="24"/>
              </w:rPr>
              <w:t>National/International</w:t>
            </w:r>
          </w:p>
        </w:tc>
        <w:tc>
          <w:tcPr>
            <w:tcW w:w="1234" w:type="dxa"/>
          </w:tcPr>
          <w:p w:rsidR="00F25AFF" w:rsidRPr="000D2167" w:rsidRDefault="004471F2" w:rsidP="00020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167">
              <w:rPr>
                <w:rFonts w:ascii="Times New Roman" w:hAnsi="Times New Roman" w:cs="Times New Roman"/>
                <w:sz w:val="24"/>
                <w:szCs w:val="24"/>
              </w:rPr>
              <w:t>Indexing (</w:t>
            </w:r>
            <w:r w:rsidR="0002023A" w:rsidRPr="000D2167">
              <w:rPr>
                <w:rFonts w:ascii="Times New Roman" w:hAnsi="Times New Roman" w:cs="Times New Roman"/>
                <w:sz w:val="24"/>
                <w:szCs w:val="24"/>
              </w:rPr>
              <w:t>Peer Review</w:t>
            </w:r>
            <w:r w:rsidRPr="000D21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34" w:type="dxa"/>
          </w:tcPr>
          <w:p w:rsidR="00F25AFF" w:rsidRPr="000D2167" w:rsidRDefault="004471F2" w:rsidP="00903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167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</w:p>
        </w:tc>
      </w:tr>
      <w:tr w:rsidR="00C10A0B" w:rsidRPr="000D2167" w:rsidTr="00C10A0B">
        <w:tc>
          <w:tcPr>
            <w:tcW w:w="1234" w:type="dxa"/>
          </w:tcPr>
          <w:p w:rsidR="00C10A0B" w:rsidRPr="000D2167" w:rsidRDefault="00C10A0B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</w:tcPr>
          <w:p w:rsidR="00C10A0B" w:rsidRPr="000D2167" w:rsidRDefault="00C10A0B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</w:tcPr>
          <w:p w:rsidR="00C10A0B" w:rsidRPr="000D2167" w:rsidRDefault="00C10A0B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</w:tcPr>
          <w:p w:rsidR="00C10A0B" w:rsidRPr="000D2167" w:rsidRDefault="00C10A0B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</w:tcPr>
          <w:p w:rsidR="00C10A0B" w:rsidRPr="000D2167" w:rsidRDefault="00C10A0B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</w:tcPr>
          <w:p w:rsidR="00C10A0B" w:rsidRPr="000D2167" w:rsidRDefault="00C10A0B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</w:tcPr>
          <w:p w:rsidR="00C10A0B" w:rsidRPr="000D2167" w:rsidRDefault="00C10A0B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5AFF" w:rsidRPr="000D2167" w:rsidRDefault="004471F2" w:rsidP="00C10A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D2167">
        <w:rPr>
          <w:rFonts w:ascii="Times New Roman" w:hAnsi="Times New Roman" w:cs="Times New Roman"/>
          <w:sz w:val="24"/>
          <w:szCs w:val="24"/>
        </w:rPr>
        <w:t>4.2 Research Papers Accepted / Under Review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60"/>
        <w:gridCol w:w="2160"/>
        <w:gridCol w:w="2160"/>
        <w:gridCol w:w="2417"/>
      </w:tblGrid>
      <w:tr w:rsidR="00F25AFF" w:rsidRPr="000D2167" w:rsidTr="00C10A0B">
        <w:tc>
          <w:tcPr>
            <w:tcW w:w="2160" w:type="dxa"/>
          </w:tcPr>
          <w:p w:rsidR="00F25AFF" w:rsidRPr="000D2167" w:rsidRDefault="004471F2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167">
              <w:rPr>
                <w:rFonts w:ascii="Times New Roman" w:hAnsi="Times New Roman" w:cs="Times New Roman"/>
                <w:sz w:val="24"/>
                <w:szCs w:val="24"/>
              </w:rPr>
              <w:t>Sl</w:t>
            </w:r>
          </w:p>
        </w:tc>
        <w:tc>
          <w:tcPr>
            <w:tcW w:w="2160" w:type="dxa"/>
          </w:tcPr>
          <w:p w:rsidR="00F25AFF" w:rsidRPr="000D2167" w:rsidRDefault="004471F2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167">
              <w:rPr>
                <w:rFonts w:ascii="Times New Roman" w:hAnsi="Times New Roman" w:cs="Times New Roman"/>
                <w:sz w:val="24"/>
                <w:szCs w:val="24"/>
              </w:rPr>
              <w:t>Title of Paper</w:t>
            </w:r>
          </w:p>
        </w:tc>
        <w:tc>
          <w:tcPr>
            <w:tcW w:w="2160" w:type="dxa"/>
          </w:tcPr>
          <w:p w:rsidR="00F25AFF" w:rsidRPr="000D2167" w:rsidRDefault="004471F2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167">
              <w:rPr>
                <w:rFonts w:ascii="Times New Roman" w:hAnsi="Times New Roman" w:cs="Times New Roman"/>
                <w:sz w:val="24"/>
                <w:szCs w:val="24"/>
              </w:rPr>
              <w:t>Journal Name</w:t>
            </w:r>
          </w:p>
        </w:tc>
        <w:tc>
          <w:tcPr>
            <w:tcW w:w="2417" w:type="dxa"/>
          </w:tcPr>
          <w:p w:rsidR="00F25AFF" w:rsidRPr="000D2167" w:rsidRDefault="004471F2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167">
              <w:rPr>
                <w:rFonts w:ascii="Times New Roman" w:hAnsi="Times New Roman" w:cs="Times New Roman"/>
                <w:sz w:val="24"/>
                <w:szCs w:val="24"/>
              </w:rPr>
              <w:t>Status</w:t>
            </w:r>
          </w:p>
        </w:tc>
      </w:tr>
      <w:tr w:rsidR="00C10A0B" w:rsidRPr="000D2167" w:rsidTr="00C10A0B">
        <w:tc>
          <w:tcPr>
            <w:tcW w:w="2160" w:type="dxa"/>
          </w:tcPr>
          <w:p w:rsidR="00C10A0B" w:rsidRPr="000D2167" w:rsidRDefault="00C10A0B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C10A0B" w:rsidRPr="000D2167" w:rsidRDefault="00C10A0B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C10A0B" w:rsidRPr="000D2167" w:rsidRDefault="00C10A0B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C10A0B" w:rsidRPr="000D2167" w:rsidRDefault="00C10A0B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5AFF" w:rsidRPr="000D2167" w:rsidRDefault="004471F2" w:rsidP="00C10A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D2167">
        <w:rPr>
          <w:rFonts w:ascii="Times New Roman" w:hAnsi="Times New Roman" w:cs="Times New Roman"/>
          <w:sz w:val="24"/>
          <w:szCs w:val="24"/>
        </w:rPr>
        <w:t>4.3 Book Chapters Published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28"/>
        <w:gridCol w:w="1728"/>
        <w:gridCol w:w="1728"/>
        <w:gridCol w:w="1728"/>
        <w:gridCol w:w="1985"/>
      </w:tblGrid>
      <w:tr w:rsidR="00F25AFF" w:rsidRPr="000D2167" w:rsidTr="00C10A0B">
        <w:tc>
          <w:tcPr>
            <w:tcW w:w="1728" w:type="dxa"/>
          </w:tcPr>
          <w:p w:rsidR="00F25AFF" w:rsidRPr="000D2167" w:rsidRDefault="004471F2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167">
              <w:rPr>
                <w:rFonts w:ascii="Times New Roman" w:hAnsi="Times New Roman" w:cs="Times New Roman"/>
                <w:sz w:val="24"/>
                <w:szCs w:val="24"/>
              </w:rPr>
              <w:t>Sl</w:t>
            </w:r>
          </w:p>
        </w:tc>
        <w:tc>
          <w:tcPr>
            <w:tcW w:w="1728" w:type="dxa"/>
          </w:tcPr>
          <w:p w:rsidR="00F25AFF" w:rsidRPr="000D2167" w:rsidRDefault="004471F2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167">
              <w:rPr>
                <w:rFonts w:ascii="Times New Roman" w:hAnsi="Times New Roman" w:cs="Times New Roman"/>
                <w:sz w:val="24"/>
                <w:szCs w:val="24"/>
              </w:rPr>
              <w:t>Chapter Title</w:t>
            </w:r>
          </w:p>
        </w:tc>
        <w:tc>
          <w:tcPr>
            <w:tcW w:w="1728" w:type="dxa"/>
          </w:tcPr>
          <w:p w:rsidR="00F25AFF" w:rsidRPr="000D2167" w:rsidRDefault="004471F2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167">
              <w:rPr>
                <w:rFonts w:ascii="Times New Roman" w:hAnsi="Times New Roman" w:cs="Times New Roman"/>
                <w:sz w:val="24"/>
                <w:szCs w:val="24"/>
              </w:rPr>
              <w:t>Book Title</w:t>
            </w:r>
          </w:p>
        </w:tc>
        <w:tc>
          <w:tcPr>
            <w:tcW w:w="1728" w:type="dxa"/>
          </w:tcPr>
          <w:p w:rsidR="00F25AFF" w:rsidRPr="000D2167" w:rsidRDefault="004471F2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167">
              <w:rPr>
                <w:rFonts w:ascii="Times New Roman" w:hAnsi="Times New Roman" w:cs="Times New Roman"/>
                <w:sz w:val="24"/>
                <w:szCs w:val="24"/>
              </w:rPr>
              <w:t>Publisher</w:t>
            </w:r>
          </w:p>
        </w:tc>
        <w:tc>
          <w:tcPr>
            <w:tcW w:w="1985" w:type="dxa"/>
          </w:tcPr>
          <w:p w:rsidR="00F25AFF" w:rsidRPr="000D2167" w:rsidRDefault="004471F2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167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</w:p>
        </w:tc>
      </w:tr>
      <w:tr w:rsidR="00C10A0B" w:rsidRPr="000D2167" w:rsidTr="00C10A0B">
        <w:tc>
          <w:tcPr>
            <w:tcW w:w="1728" w:type="dxa"/>
          </w:tcPr>
          <w:p w:rsidR="00C10A0B" w:rsidRPr="000D2167" w:rsidRDefault="00C10A0B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C10A0B" w:rsidRPr="000D2167" w:rsidRDefault="00C10A0B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C10A0B" w:rsidRPr="000D2167" w:rsidRDefault="00C10A0B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C10A0B" w:rsidRPr="000D2167" w:rsidRDefault="00C10A0B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10A0B" w:rsidRPr="000D2167" w:rsidRDefault="00C10A0B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5AFF" w:rsidRPr="000D2167" w:rsidRDefault="004471F2" w:rsidP="00C10A0B">
      <w:pPr>
        <w:pStyle w:val="Heading1"/>
        <w:spacing w:before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D2167">
        <w:rPr>
          <w:rFonts w:ascii="Times New Roman" w:hAnsi="Times New Roman" w:cs="Times New Roman"/>
          <w:color w:val="auto"/>
          <w:sz w:val="24"/>
          <w:szCs w:val="24"/>
        </w:rPr>
        <w:t>5. Seminar / Conference / Workshop Participation</w:t>
      </w:r>
    </w:p>
    <w:p w:rsidR="00F25AFF" w:rsidRPr="000D2167" w:rsidRDefault="004471F2" w:rsidP="00C10A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D2167">
        <w:rPr>
          <w:rFonts w:ascii="Times New Roman" w:hAnsi="Times New Roman" w:cs="Times New Roman"/>
          <w:sz w:val="24"/>
          <w:szCs w:val="24"/>
        </w:rPr>
        <w:t>5.1 Papers Presented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5"/>
        <w:gridCol w:w="1086"/>
        <w:gridCol w:w="2189"/>
        <w:gridCol w:w="1302"/>
        <w:gridCol w:w="2336"/>
        <w:gridCol w:w="1038"/>
      </w:tblGrid>
      <w:tr w:rsidR="00F25AFF" w:rsidRPr="000D2167" w:rsidTr="00C10A0B">
        <w:tc>
          <w:tcPr>
            <w:tcW w:w="1440" w:type="dxa"/>
          </w:tcPr>
          <w:p w:rsidR="00F25AFF" w:rsidRPr="000D2167" w:rsidRDefault="004471F2" w:rsidP="00C10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167">
              <w:rPr>
                <w:rFonts w:ascii="Times New Roman" w:hAnsi="Times New Roman" w:cs="Times New Roman"/>
                <w:sz w:val="24"/>
                <w:szCs w:val="24"/>
              </w:rPr>
              <w:t>Sl</w:t>
            </w:r>
          </w:p>
        </w:tc>
        <w:tc>
          <w:tcPr>
            <w:tcW w:w="1440" w:type="dxa"/>
          </w:tcPr>
          <w:p w:rsidR="00F25AFF" w:rsidRPr="000D2167" w:rsidRDefault="004471F2" w:rsidP="00C10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167">
              <w:rPr>
                <w:rFonts w:ascii="Times New Roman" w:hAnsi="Times New Roman" w:cs="Times New Roman"/>
                <w:sz w:val="24"/>
                <w:szCs w:val="24"/>
              </w:rPr>
              <w:t>Title of Paper</w:t>
            </w:r>
          </w:p>
        </w:tc>
        <w:tc>
          <w:tcPr>
            <w:tcW w:w="1440" w:type="dxa"/>
          </w:tcPr>
          <w:p w:rsidR="00F25AFF" w:rsidRPr="000D2167" w:rsidRDefault="004471F2" w:rsidP="00C10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167">
              <w:rPr>
                <w:rFonts w:ascii="Times New Roman" w:hAnsi="Times New Roman" w:cs="Times New Roman"/>
                <w:sz w:val="24"/>
                <w:szCs w:val="24"/>
              </w:rPr>
              <w:t>Conference/Seminar</w:t>
            </w:r>
          </w:p>
        </w:tc>
        <w:tc>
          <w:tcPr>
            <w:tcW w:w="1440" w:type="dxa"/>
          </w:tcPr>
          <w:p w:rsidR="00F25AFF" w:rsidRPr="000D2167" w:rsidRDefault="004471F2" w:rsidP="00C10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167">
              <w:rPr>
                <w:rFonts w:ascii="Times New Roman" w:hAnsi="Times New Roman" w:cs="Times New Roman"/>
                <w:sz w:val="24"/>
                <w:szCs w:val="24"/>
              </w:rPr>
              <w:t>Organizer</w:t>
            </w:r>
          </w:p>
        </w:tc>
        <w:tc>
          <w:tcPr>
            <w:tcW w:w="1440" w:type="dxa"/>
          </w:tcPr>
          <w:p w:rsidR="00F25AFF" w:rsidRPr="000D2167" w:rsidRDefault="004471F2" w:rsidP="00C10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167">
              <w:rPr>
                <w:rFonts w:ascii="Times New Roman" w:hAnsi="Times New Roman" w:cs="Times New Roman"/>
                <w:sz w:val="24"/>
                <w:szCs w:val="24"/>
              </w:rPr>
              <w:t>National/International</w:t>
            </w:r>
          </w:p>
        </w:tc>
        <w:tc>
          <w:tcPr>
            <w:tcW w:w="1440" w:type="dxa"/>
          </w:tcPr>
          <w:p w:rsidR="00F25AFF" w:rsidRPr="000D2167" w:rsidRDefault="004471F2" w:rsidP="00C10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167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</w:tr>
      <w:tr w:rsidR="00C10A0B" w:rsidRPr="000D2167" w:rsidTr="00C10A0B">
        <w:tc>
          <w:tcPr>
            <w:tcW w:w="1440" w:type="dxa"/>
          </w:tcPr>
          <w:p w:rsidR="00C10A0B" w:rsidRPr="000D2167" w:rsidRDefault="00C10A0B" w:rsidP="00C10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C10A0B" w:rsidRPr="000D2167" w:rsidRDefault="00C10A0B" w:rsidP="00C10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C10A0B" w:rsidRPr="000D2167" w:rsidRDefault="00C10A0B" w:rsidP="00C10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C10A0B" w:rsidRPr="000D2167" w:rsidRDefault="00C10A0B" w:rsidP="00C10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C10A0B" w:rsidRPr="000D2167" w:rsidRDefault="00C10A0B" w:rsidP="00C10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C10A0B" w:rsidRPr="000D2167" w:rsidRDefault="00C10A0B" w:rsidP="00C10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5AFF" w:rsidRPr="000D2167" w:rsidRDefault="004471F2" w:rsidP="00C10A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D2167">
        <w:rPr>
          <w:rFonts w:ascii="Times New Roman" w:hAnsi="Times New Roman" w:cs="Times New Roman"/>
          <w:sz w:val="24"/>
          <w:szCs w:val="24"/>
        </w:rPr>
        <w:t xml:space="preserve">5.2 Participation </w:t>
      </w:r>
      <w:proofErr w:type="gramStart"/>
      <w:r w:rsidRPr="000D2167">
        <w:rPr>
          <w:rFonts w:ascii="Times New Roman" w:hAnsi="Times New Roman" w:cs="Times New Roman"/>
          <w:sz w:val="24"/>
          <w:szCs w:val="24"/>
        </w:rPr>
        <w:t>Without</w:t>
      </w:r>
      <w:proofErr w:type="gramEnd"/>
      <w:r w:rsidRPr="000D2167">
        <w:rPr>
          <w:rFonts w:ascii="Times New Roman" w:hAnsi="Times New Roman" w:cs="Times New Roman"/>
          <w:sz w:val="24"/>
          <w:szCs w:val="24"/>
        </w:rPr>
        <w:t xml:space="preserve"> Paper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60"/>
        <w:gridCol w:w="2160"/>
        <w:gridCol w:w="2160"/>
        <w:gridCol w:w="2417"/>
      </w:tblGrid>
      <w:tr w:rsidR="00F25AFF" w:rsidRPr="000D2167" w:rsidTr="00C10A0B">
        <w:tc>
          <w:tcPr>
            <w:tcW w:w="2160" w:type="dxa"/>
          </w:tcPr>
          <w:p w:rsidR="00F25AFF" w:rsidRPr="000D2167" w:rsidRDefault="004471F2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167">
              <w:rPr>
                <w:rFonts w:ascii="Times New Roman" w:hAnsi="Times New Roman" w:cs="Times New Roman"/>
                <w:sz w:val="24"/>
                <w:szCs w:val="24"/>
              </w:rPr>
              <w:t>Sl</w:t>
            </w:r>
          </w:p>
        </w:tc>
        <w:tc>
          <w:tcPr>
            <w:tcW w:w="2160" w:type="dxa"/>
          </w:tcPr>
          <w:p w:rsidR="00F25AFF" w:rsidRPr="000D2167" w:rsidRDefault="004471F2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167">
              <w:rPr>
                <w:rFonts w:ascii="Times New Roman" w:hAnsi="Times New Roman" w:cs="Times New Roman"/>
                <w:sz w:val="24"/>
                <w:szCs w:val="24"/>
              </w:rPr>
              <w:t>Event</w:t>
            </w:r>
          </w:p>
        </w:tc>
        <w:tc>
          <w:tcPr>
            <w:tcW w:w="2160" w:type="dxa"/>
          </w:tcPr>
          <w:p w:rsidR="00F25AFF" w:rsidRPr="000D2167" w:rsidRDefault="004471F2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167">
              <w:rPr>
                <w:rFonts w:ascii="Times New Roman" w:hAnsi="Times New Roman" w:cs="Times New Roman"/>
                <w:sz w:val="24"/>
                <w:szCs w:val="24"/>
              </w:rPr>
              <w:t>Organizer</w:t>
            </w:r>
          </w:p>
        </w:tc>
        <w:tc>
          <w:tcPr>
            <w:tcW w:w="2417" w:type="dxa"/>
          </w:tcPr>
          <w:p w:rsidR="00F25AFF" w:rsidRPr="000D2167" w:rsidRDefault="004471F2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167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</w:tr>
      <w:tr w:rsidR="00C10A0B" w:rsidRPr="000D2167" w:rsidTr="00C10A0B">
        <w:tc>
          <w:tcPr>
            <w:tcW w:w="2160" w:type="dxa"/>
          </w:tcPr>
          <w:p w:rsidR="00C10A0B" w:rsidRPr="000D2167" w:rsidRDefault="00C10A0B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C10A0B" w:rsidRPr="000D2167" w:rsidRDefault="00C10A0B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C10A0B" w:rsidRPr="000D2167" w:rsidRDefault="00C10A0B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C10A0B" w:rsidRPr="000D2167" w:rsidRDefault="00C10A0B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5AFF" w:rsidRPr="000D2167" w:rsidRDefault="004471F2" w:rsidP="00C10A0B">
      <w:pPr>
        <w:pStyle w:val="Heading1"/>
        <w:spacing w:before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D2167">
        <w:rPr>
          <w:rFonts w:ascii="Times New Roman" w:hAnsi="Times New Roman" w:cs="Times New Roman"/>
          <w:color w:val="auto"/>
          <w:sz w:val="24"/>
          <w:szCs w:val="24"/>
        </w:rPr>
        <w:t>6. Academic Activities</w:t>
      </w:r>
    </w:p>
    <w:p w:rsidR="00F25AFF" w:rsidRPr="000D2167" w:rsidRDefault="004471F2" w:rsidP="00C10A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D2167">
        <w:rPr>
          <w:rFonts w:ascii="Times New Roman" w:hAnsi="Times New Roman" w:cs="Times New Roman"/>
          <w:sz w:val="24"/>
          <w:szCs w:val="24"/>
        </w:rPr>
        <w:t>6.1 Lectures / Teaching Contribution (if any)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80"/>
        <w:gridCol w:w="2880"/>
        <w:gridCol w:w="3137"/>
      </w:tblGrid>
      <w:tr w:rsidR="00F25AFF" w:rsidRPr="000D2167" w:rsidTr="00C10A0B">
        <w:tc>
          <w:tcPr>
            <w:tcW w:w="2880" w:type="dxa"/>
          </w:tcPr>
          <w:p w:rsidR="00F25AFF" w:rsidRPr="000D2167" w:rsidRDefault="004471F2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167">
              <w:rPr>
                <w:rFonts w:ascii="Times New Roman" w:hAnsi="Times New Roman" w:cs="Times New Roman"/>
                <w:sz w:val="24"/>
                <w:szCs w:val="24"/>
              </w:rPr>
              <w:t>Sl</w:t>
            </w:r>
          </w:p>
        </w:tc>
        <w:tc>
          <w:tcPr>
            <w:tcW w:w="2880" w:type="dxa"/>
          </w:tcPr>
          <w:p w:rsidR="00F25AFF" w:rsidRPr="000D2167" w:rsidRDefault="004471F2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167">
              <w:rPr>
                <w:rFonts w:ascii="Times New Roman" w:hAnsi="Times New Roman" w:cs="Times New Roman"/>
                <w:sz w:val="24"/>
                <w:szCs w:val="24"/>
              </w:rPr>
              <w:t>Topic</w:t>
            </w:r>
          </w:p>
        </w:tc>
        <w:tc>
          <w:tcPr>
            <w:tcW w:w="3137" w:type="dxa"/>
          </w:tcPr>
          <w:p w:rsidR="00F25AFF" w:rsidRPr="000D2167" w:rsidRDefault="004471F2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167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</w:tr>
      <w:tr w:rsidR="00C10A0B" w:rsidRPr="000D2167" w:rsidTr="00C10A0B">
        <w:tc>
          <w:tcPr>
            <w:tcW w:w="2880" w:type="dxa"/>
          </w:tcPr>
          <w:p w:rsidR="00C10A0B" w:rsidRPr="000D2167" w:rsidRDefault="00C10A0B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C10A0B" w:rsidRPr="000D2167" w:rsidRDefault="00C10A0B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7" w:type="dxa"/>
          </w:tcPr>
          <w:p w:rsidR="00C10A0B" w:rsidRPr="000D2167" w:rsidRDefault="00C10A0B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5AFF" w:rsidRPr="000D2167" w:rsidRDefault="004471F2" w:rsidP="00C10A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D2167">
        <w:rPr>
          <w:rFonts w:ascii="Times New Roman" w:hAnsi="Times New Roman" w:cs="Times New Roman"/>
          <w:sz w:val="24"/>
          <w:szCs w:val="24"/>
        </w:rPr>
        <w:t>6.2 Fieldwork / Archival Research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80"/>
        <w:gridCol w:w="2880"/>
        <w:gridCol w:w="3137"/>
      </w:tblGrid>
      <w:tr w:rsidR="00F25AFF" w:rsidRPr="000D2167" w:rsidTr="00C10A0B">
        <w:tc>
          <w:tcPr>
            <w:tcW w:w="2880" w:type="dxa"/>
          </w:tcPr>
          <w:p w:rsidR="00F25AFF" w:rsidRPr="000D2167" w:rsidRDefault="004471F2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167">
              <w:rPr>
                <w:rFonts w:ascii="Times New Roman" w:hAnsi="Times New Roman" w:cs="Times New Roman"/>
                <w:sz w:val="24"/>
                <w:szCs w:val="24"/>
              </w:rPr>
              <w:t>Place</w:t>
            </w:r>
          </w:p>
        </w:tc>
        <w:tc>
          <w:tcPr>
            <w:tcW w:w="2880" w:type="dxa"/>
          </w:tcPr>
          <w:p w:rsidR="00F25AFF" w:rsidRPr="000D2167" w:rsidRDefault="004471F2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167">
              <w:rPr>
                <w:rFonts w:ascii="Times New Roman" w:hAnsi="Times New Roman" w:cs="Times New Roman"/>
                <w:sz w:val="24"/>
                <w:szCs w:val="24"/>
              </w:rPr>
              <w:t>Purpose</w:t>
            </w:r>
          </w:p>
        </w:tc>
        <w:tc>
          <w:tcPr>
            <w:tcW w:w="3137" w:type="dxa"/>
          </w:tcPr>
          <w:p w:rsidR="00F25AFF" w:rsidRPr="000D2167" w:rsidRDefault="004471F2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167">
              <w:rPr>
                <w:rFonts w:ascii="Times New Roman" w:hAnsi="Times New Roman" w:cs="Times New Roman"/>
                <w:sz w:val="24"/>
                <w:szCs w:val="24"/>
              </w:rPr>
              <w:t>Duration</w:t>
            </w:r>
          </w:p>
        </w:tc>
      </w:tr>
      <w:tr w:rsidR="00C10A0B" w:rsidRPr="000D2167" w:rsidTr="00C10A0B">
        <w:tc>
          <w:tcPr>
            <w:tcW w:w="2880" w:type="dxa"/>
          </w:tcPr>
          <w:p w:rsidR="00C10A0B" w:rsidRPr="000D2167" w:rsidRDefault="00C10A0B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C10A0B" w:rsidRPr="000D2167" w:rsidRDefault="00C10A0B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7" w:type="dxa"/>
          </w:tcPr>
          <w:p w:rsidR="00C10A0B" w:rsidRPr="000D2167" w:rsidRDefault="00C10A0B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5AFF" w:rsidRPr="000D2167" w:rsidRDefault="004471F2" w:rsidP="00C10A0B">
      <w:pPr>
        <w:pStyle w:val="Heading1"/>
        <w:spacing w:before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D2167">
        <w:rPr>
          <w:rFonts w:ascii="Times New Roman" w:hAnsi="Times New Roman" w:cs="Times New Roman"/>
          <w:color w:val="auto"/>
          <w:sz w:val="24"/>
          <w:szCs w:val="24"/>
        </w:rPr>
        <w:t>7. Awards / Fellowships / Academic Achievements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80"/>
        <w:gridCol w:w="2880"/>
        <w:gridCol w:w="3137"/>
      </w:tblGrid>
      <w:tr w:rsidR="00F25AFF" w:rsidRPr="000D2167" w:rsidTr="00C10A0B">
        <w:tc>
          <w:tcPr>
            <w:tcW w:w="2880" w:type="dxa"/>
          </w:tcPr>
          <w:p w:rsidR="00F25AFF" w:rsidRPr="000D2167" w:rsidRDefault="004471F2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167">
              <w:rPr>
                <w:rFonts w:ascii="Times New Roman" w:hAnsi="Times New Roman" w:cs="Times New Roman"/>
                <w:sz w:val="24"/>
                <w:szCs w:val="24"/>
              </w:rPr>
              <w:t>Sl</w:t>
            </w:r>
          </w:p>
        </w:tc>
        <w:tc>
          <w:tcPr>
            <w:tcW w:w="2880" w:type="dxa"/>
          </w:tcPr>
          <w:p w:rsidR="00F25AFF" w:rsidRPr="000D2167" w:rsidRDefault="004471F2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167">
              <w:rPr>
                <w:rFonts w:ascii="Times New Roman" w:hAnsi="Times New Roman" w:cs="Times New Roman"/>
                <w:sz w:val="24"/>
                <w:szCs w:val="24"/>
              </w:rPr>
              <w:t>Award/Fellowship</w:t>
            </w:r>
          </w:p>
        </w:tc>
        <w:tc>
          <w:tcPr>
            <w:tcW w:w="3137" w:type="dxa"/>
          </w:tcPr>
          <w:p w:rsidR="00F25AFF" w:rsidRPr="000D2167" w:rsidRDefault="004471F2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167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</w:p>
        </w:tc>
      </w:tr>
      <w:tr w:rsidR="00C10A0B" w:rsidRPr="000D2167" w:rsidTr="00C10A0B">
        <w:tc>
          <w:tcPr>
            <w:tcW w:w="2880" w:type="dxa"/>
          </w:tcPr>
          <w:p w:rsidR="00C10A0B" w:rsidRPr="000D2167" w:rsidRDefault="00C10A0B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C10A0B" w:rsidRPr="000D2167" w:rsidRDefault="00C10A0B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7" w:type="dxa"/>
          </w:tcPr>
          <w:p w:rsidR="00C10A0B" w:rsidRPr="000D2167" w:rsidRDefault="00C10A0B" w:rsidP="00C10A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5AFF" w:rsidRPr="000D2167" w:rsidRDefault="004471F2" w:rsidP="00C10A0B">
      <w:pPr>
        <w:pStyle w:val="Heading1"/>
        <w:spacing w:before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D2167">
        <w:rPr>
          <w:rFonts w:ascii="Times New Roman" w:hAnsi="Times New Roman" w:cs="Times New Roman"/>
          <w:color w:val="auto"/>
          <w:sz w:val="24"/>
          <w:szCs w:val="24"/>
        </w:rPr>
        <w:t>8. Problems Encountered (if any)</w:t>
      </w:r>
    </w:p>
    <w:p w:rsidR="00F25AFF" w:rsidRPr="000D2167" w:rsidRDefault="004471F2" w:rsidP="00C10A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D2167">
        <w:rPr>
          <w:rFonts w:ascii="Times New Roman" w:hAnsi="Times New Roman" w:cs="Times New Roman"/>
          <w:sz w:val="24"/>
          <w:szCs w:val="24"/>
        </w:rPr>
        <w:t>Describe any academic or research difficulties faced during the period.</w:t>
      </w:r>
    </w:p>
    <w:p w:rsidR="00CA0FB6" w:rsidRDefault="00CA0FB6" w:rsidP="00C10A0B">
      <w:pPr>
        <w:pStyle w:val="Heading1"/>
        <w:spacing w:before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F25AFF" w:rsidRPr="000D2167" w:rsidRDefault="004471F2" w:rsidP="00C10A0B">
      <w:pPr>
        <w:pStyle w:val="Heading1"/>
        <w:spacing w:before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D2167">
        <w:rPr>
          <w:rFonts w:ascii="Times New Roman" w:hAnsi="Times New Roman" w:cs="Times New Roman"/>
          <w:color w:val="auto"/>
          <w:sz w:val="24"/>
          <w:szCs w:val="24"/>
        </w:rPr>
        <w:t>9. Plan of Work for Next Six Months</w:t>
      </w:r>
    </w:p>
    <w:p w:rsidR="00F25AFF" w:rsidRPr="000D2167" w:rsidRDefault="004471F2" w:rsidP="00D618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2167">
        <w:rPr>
          <w:rFonts w:ascii="Times New Roman" w:hAnsi="Times New Roman" w:cs="Times New Roman"/>
          <w:sz w:val="24"/>
          <w:szCs w:val="24"/>
        </w:rPr>
        <w:t>- Chapters to be written</w:t>
      </w:r>
      <w:r w:rsidRPr="000D2167">
        <w:rPr>
          <w:rFonts w:ascii="Times New Roman" w:hAnsi="Times New Roman" w:cs="Times New Roman"/>
          <w:sz w:val="24"/>
          <w:szCs w:val="24"/>
        </w:rPr>
        <w:br/>
        <w:t>- Fieldwork to be conducted</w:t>
      </w:r>
      <w:r w:rsidRPr="000D2167">
        <w:rPr>
          <w:rFonts w:ascii="Times New Roman" w:hAnsi="Times New Roman" w:cs="Times New Roman"/>
          <w:sz w:val="24"/>
          <w:szCs w:val="24"/>
        </w:rPr>
        <w:br/>
      </w:r>
      <w:r w:rsidRPr="000D2167">
        <w:rPr>
          <w:rFonts w:ascii="Times New Roman" w:hAnsi="Times New Roman" w:cs="Times New Roman"/>
          <w:sz w:val="24"/>
          <w:szCs w:val="24"/>
        </w:rPr>
        <w:lastRenderedPageBreak/>
        <w:t>- Publications planned</w:t>
      </w:r>
      <w:r w:rsidRPr="000D2167">
        <w:rPr>
          <w:rFonts w:ascii="Times New Roman" w:hAnsi="Times New Roman" w:cs="Times New Roman"/>
          <w:sz w:val="24"/>
          <w:szCs w:val="24"/>
        </w:rPr>
        <w:br/>
        <w:t>- Conferences to attend</w:t>
      </w:r>
      <w:r w:rsidRPr="000D2167">
        <w:rPr>
          <w:rFonts w:ascii="Times New Roman" w:hAnsi="Times New Roman" w:cs="Times New Roman"/>
          <w:sz w:val="24"/>
          <w:szCs w:val="24"/>
        </w:rPr>
        <w:br/>
        <w:t>- Data analysis plan</w:t>
      </w:r>
    </w:p>
    <w:p w:rsidR="00F25AFF" w:rsidRPr="000D2167" w:rsidRDefault="004471F2" w:rsidP="00C10A0B">
      <w:pPr>
        <w:pStyle w:val="Heading1"/>
        <w:spacing w:before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D2167">
        <w:rPr>
          <w:rFonts w:ascii="Times New Roman" w:hAnsi="Times New Roman" w:cs="Times New Roman"/>
          <w:color w:val="auto"/>
          <w:sz w:val="24"/>
          <w:szCs w:val="24"/>
        </w:rPr>
        <w:t>10. Overall Self-Assessment by the Scholar</w:t>
      </w:r>
    </w:p>
    <w:p w:rsidR="00F25AFF" w:rsidRPr="000D2167" w:rsidRDefault="004471F2" w:rsidP="00C10A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D2167">
        <w:rPr>
          <w:rFonts w:ascii="Times New Roman" w:hAnsi="Times New Roman" w:cs="Times New Roman"/>
          <w:sz w:val="24"/>
          <w:szCs w:val="24"/>
        </w:rPr>
        <w:t>Brief self-evaluation of research progress (approx. 200 words).</w:t>
      </w:r>
      <w:proofErr w:type="gramEnd"/>
    </w:p>
    <w:p w:rsidR="008106F1" w:rsidRPr="000D2167" w:rsidRDefault="008106F1" w:rsidP="008E5ED3">
      <w:pPr>
        <w:pStyle w:val="Heading1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</w:p>
    <w:p w:rsidR="0002023A" w:rsidRPr="000D2167" w:rsidRDefault="0002023A" w:rsidP="008E5ED3">
      <w:pPr>
        <w:pStyle w:val="Heading1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  <w:r w:rsidRPr="000D2167">
        <w:rPr>
          <w:rFonts w:ascii="Times New Roman" w:hAnsi="Times New Roman" w:cs="Times New Roman"/>
          <w:color w:val="auto"/>
          <w:sz w:val="24"/>
          <w:szCs w:val="24"/>
        </w:rPr>
        <w:t xml:space="preserve">11. Enclosures: </w:t>
      </w:r>
      <w:r w:rsidR="008E5ED3" w:rsidRPr="000D216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All supporting documents relating to the activities mentioned in </w:t>
      </w:r>
      <w:r w:rsidR="008E5ED3" w:rsidRPr="000D2167">
        <w:rPr>
          <w:rStyle w:val="Strong"/>
          <w:rFonts w:ascii="Times New Roman" w:hAnsi="Times New Roman" w:cs="Times New Roman"/>
          <w:color w:val="auto"/>
          <w:sz w:val="24"/>
          <w:szCs w:val="24"/>
        </w:rPr>
        <w:t xml:space="preserve">Sl. Nos. </w:t>
      </w:r>
      <w:r w:rsidR="00F21307" w:rsidRPr="000D2167">
        <w:rPr>
          <w:rStyle w:val="Strong"/>
          <w:rFonts w:ascii="Times New Roman" w:hAnsi="Times New Roman" w:cs="Times New Roman"/>
          <w:color w:val="auto"/>
          <w:sz w:val="24"/>
          <w:szCs w:val="24"/>
        </w:rPr>
        <w:t>0</w:t>
      </w:r>
      <w:r w:rsidR="008E5ED3" w:rsidRPr="000D2167">
        <w:rPr>
          <w:rStyle w:val="Strong"/>
          <w:rFonts w:ascii="Times New Roman" w:hAnsi="Times New Roman" w:cs="Times New Roman"/>
          <w:color w:val="auto"/>
          <w:sz w:val="24"/>
          <w:szCs w:val="24"/>
        </w:rPr>
        <w:t>1 to 10 above</w:t>
      </w:r>
      <w:r w:rsidR="008E5ED3" w:rsidRPr="000D216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shall be enclosed along with this Six-Monthly Progress Report at the time of submission.</w:t>
      </w:r>
      <w:r w:rsidRPr="000D216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8106F1" w:rsidRPr="000D2167" w:rsidRDefault="008106F1" w:rsidP="00C10A0B">
      <w:pPr>
        <w:pStyle w:val="Heading1"/>
        <w:spacing w:before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F25AFF" w:rsidRPr="000D2167" w:rsidRDefault="004471F2" w:rsidP="00C10A0B">
      <w:pPr>
        <w:pStyle w:val="Heading1"/>
        <w:spacing w:before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D2167">
        <w:rPr>
          <w:rFonts w:ascii="Times New Roman" w:hAnsi="Times New Roman" w:cs="Times New Roman"/>
          <w:color w:val="auto"/>
          <w:sz w:val="24"/>
          <w:szCs w:val="24"/>
        </w:rPr>
        <w:t>1</w:t>
      </w:r>
      <w:r w:rsidR="00F21307" w:rsidRPr="000D2167">
        <w:rPr>
          <w:rFonts w:ascii="Times New Roman" w:hAnsi="Times New Roman" w:cs="Times New Roman"/>
          <w:color w:val="auto"/>
          <w:sz w:val="24"/>
          <w:szCs w:val="24"/>
        </w:rPr>
        <w:t>2</w:t>
      </w:r>
      <w:r w:rsidRPr="000D2167">
        <w:rPr>
          <w:rFonts w:ascii="Times New Roman" w:hAnsi="Times New Roman" w:cs="Times New Roman"/>
          <w:color w:val="auto"/>
          <w:sz w:val="24"/>
          <w:szCs w:val="24"/>
        </w:rPr>
        <w:t>. Evaluation by Supervisor</w:t>
      </w:r>
    </w:p>
    <w:p w:rsidR="00F25AFF" w:rsidRPr="000D2167" w:rsidRDefault="004471F2" w:rsidP="008106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2167">
        <w:rPr>
          <w:rFonts w:ascii="Times New Roman" w:hAnsi="Times New Roman" w:cs="Times New Roman"/>
          <w:sz w:val="24"/>
          <w:szCs w:val="24"/>
        </w:rPr>
        <w:t>Progress Rating: Excellent / Very Good / Satisfactory / Needs Improvement</w:t>
      </w:r>
    </w:p>
    <w:p w:rsidR="00F25AFF" w:rsidRPr="000D2167" w:rsidRDefault="004471F2" w:rsidP="008106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2167">
        <w:rPr>
          <w:rFonts w:ascii="Times New Roman" w:hAnsi="Times New Roman" w:cs="Times New Roman"/>
          <w:sz w:val="24"/>
          <w:szCs w:val="24"/>
        </w:rPr>
        <w:t>Remarks of Supervisor</w:t>
      </w:r>
      <w:proofErr w:type="gramStart"/>
      <w:r w:rsidRPr="000D2167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0D2167">
        <w:rPr>
          <w:rFonts w:ascii="Times New Roman" w:hAnsi="Times New Roman" w:cs="Times New Roman"/>
          <w:sz w:val="24"/>
          <w:szCs w:val="24"/>
        </w:rPr>
        <w:br/>
        <w:t>Signature of Supervisor</w:t>
      </w:r>
      <w:r w:rsidRPr="000D2167">
        <w:rPr>
          <w:rFonts w:ascii="Times New Roman" w:hAnsi="Times New Roman" w:cs="Times New Roman"/>
          <w:sz w:val="24"/>
          <w:szCs w:val="24"/>
        </w:rPr>
        <w:br/>
        <w:t>Name:</w:t>
      </w:r>
      <w:r w:rsidRPr="000D2167">
        <w:rPr>
          <w:rFonts w:ascii="Times New Roman" w:hAnsi="Times New Roman" w:cs="Times New Roman"/>
          <w:sz w:val="24"/>
          <w:szCs w:val="24"/>
        </w:rPr>
        <w:br/>
        <w:t>Designation:</w:t>
      </w:r>
      <w:r w:rsidRPr="000D2167">
        <w:rPr>
          <w:rFonts w:ascii="Times New Roman" w:hAnsi="Times New Roman" w:cs="Times New Roman"/>
          <w:sz w:val="24"/>
          <w:szCs w:val="24"/>
        </w:rPr>
        <w:br/>
        <w:t>Date:</w:t>
      </w:r>
    </w:p>
    <w:p w:rsidR="00C10A0B" w:rsidRPr="000D2167" w:rsidRDefault="00C10A0B" w:rsidP="00C10A0B">
      <w:pPr>
        <w:pStyle w:val="Heading1"/>
        <w:spacing w:before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8106F1" w:rsidRPr="000D2167" w:rsidRDefault="008106F1" w:rsidP="00C10A0B">
      <w:pPr>
        <w:pStyle w:val="Heading1"/>
        <w:spacing w:before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D2167">
        <w:rPr>
          <w:rFonts w:ascii="Times New Roman" w:hAnsi="Times New Roman" w:cs="Times New Roman"/>
          <w:color w:val="auto"/>
          <w:sz w:val="24"/>
          <w:szCs w:val="24"/>
        </w:rPr>
        <w:t>13</w:t>
      </w:r>
      <w:r w:rsidR="00E60E2A" w:rsidRPr="000D2167">
        <w:rPr>
          <w:rFonts w:ascii="Times New Roman" w:hAnsi="Times New Roman" w:cs="Times New Roman"/>
          <w:color w:val="auto"/>
          <w:sz w:val="24"/>
          <w:szCs w:val="24"/>
        </w:rPr>
        <w:t>. Seminar Presentation on the Progress of Research Work</w:t>
      </w:r>
    </w:p>
    <w:p w:rsidR="00E60E2A" w:rsidRPr="000D2167" w:rsidRDefault="00E60E2A" w:rsidP="00E60E2A">
      <w:pPr>
        <w:pStyle w:val="Heading1"/>
        <w:spacing w:before="0" w:line="24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0D2167">
        <w:rPr>
          <w:rStyle w:val="Strong"/>
          <w:rFonts w:ascii="Times New Roman" w:hAnsi="Times New Roman" w:cs="Times New Roman"/>
          <w:color w:val="auto"/>
          <w:sz w:val="22"/>
          <w:szCs w:val="22"/>
        </w:rPr>
        <w:t>The PhD Six-Monthly Progress Seminar Presentation</w:t>
      </w:r>
      <w:r w:rsidRPr="000D216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D2167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shall be presented to </w:t>
      </w:r>
      <w:r w:rsidRPr="000D2167">
        <w:rPr>
          <w:rStyle w:val="Strong"/>
          <w:rFonts w:ascii="Times New Roman" w:hAnsi="Times New Roman" w:cs="Times New Roman"/>
          <w:color w:val="auto"/>
          <w:sz w:val="22"/>
          <w:szCs w:val="22"/>
        </w:rPr>
        <w:t>Research Advisory Committee (RAC</w:t>
      </w:r>
      <w:r w:rsidRPr="000D2167">
        <w:rPr>
          <w:rStyle w:val="Strong"/>
          <w:rFonts w:ascii="Times New Roman" w:hAnsi="Times New Roman" w:cs="Times New Roman"/>
          <w:b/>
          <w:color w:val="auto"/>
          <w:sz w:val="22"/>
          <w:szCs w:val="22"/>
        </w:rPr>
        <w:t>)</w:t>
      </w:r>
      <w:r w:rsidRPr="000D2167">
        <w:rPr>
          <w:rFonts w:ascii="Times New Roman" w:hAnsi="Times New Roman" w:cs="Times New Roman"/>
          <w:b w:val="0"/>
          <w:color w:val="auto"/>
          <w:sz w:val="22"/>
          <w:szCs w:val="22"/>
        </w:rPr>
        <w:t>. A Copy of Presentation Slide must also submit to each RAC Members during presentation.</w:t>
      </w:r>
      <w:r w:rsidRPr="000D216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:rsidR="00E60E2A" w:rsidRPr="000D2167" w:rsidRDefault="00E60E2A" w:rsidP="00C10A0B">
      <w:pPr>
        <w:pStyle w:val="Heading1"/>
        <w:spacing w:before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F25AFF" w:rsidRPr="000D2167" w:rsidRDefault="004471F2" w:rsidP="00C10A0B">
      <w:pPr>
        <w:pStyle w:val="Heading1"/>
        <w:spacing w:before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D2167">
        <w:rPr>
          <w:rFonts w:ascii="Times New Roman" w:hAnsi="Times New Roman" w:cs="Times New Roman"/>
          <w:color w:val="auto"/>
          <w:sz w:val="24"/>
          <w:szCs w:val="24"/>
        </w:rPr>
        <w:t>1</w:t>
      </w:r>
      <w:r w:rsidR="008106F1" w:rsidRPr="000D2167">
        <w:rPr>
          <w:rFonts w:ascii="Times New Roman" w:hAnsi="Times New Roman" w:cs="Times New Roman"/>
          <w:color w:val="auto"/>
          <w:sz w:val="24"/>
          <w:szCs w:val="24"/>
        </w:rPr>
        <w:t>4</w:t>
      </w:r>
      <w:r w:rsidRPr="000D2167">
        <w:rPr>
          <w:rFonts w:ascii="Times New Roman" w:hAnsi="Times New Roman" w:cs="Times New Roman"/>
          <w:color w:val="auto"/>
          <w:sz w:val="24"/>
          <w:szCs w:val="24"/>
        </w:rPr>
        <w:t xml:space="preserve">. Recommendation of Research </w:t>
      </w:r>
      <w:r w:rsidR="00F21307" w:rsidRPr="000D2167">
        <w:rPr>
          <w:rFonts w:ascii="Times New Roman" w:hAnsi="Times New Roman" w:cs="Times New Roman"/>
          <w:color w:val="auto"/>
          <w:sz w:val="24"/>
          <w:szCs w:val="24"/>
        </w:rPr>
        <w:t xml:space="preserve">Advisory </w:t>
      </w:r>
      <w:r w:rsidRPr="000D2167">
        <w:rPr>
          <w:rFonts w:ascii="Times New Roman" w:hAnsi="Times New Roman" w:cs="Times New Roman"/>
          <w:color w:val="auto"/>
          <w:sz w:val="24"/>
          <w:szCs w:val="24"/>
        </w:rPr>
        <w:t>Committee (R</w:t>
      </w:r>
      <w:r w:rsidR="00F21307" w:rsidRPr="000D2167">
        <w:rPr>
          <w:rFonts w:ascii="Times New Roman" w:hAnsi="Times New Roman" w:cs="Times New Roman"/>
          <w:color w:val="auto"/>
          <w:sz w:val="24"/>
          <w:szCs w:val="24"/>
        </w:rPr>
        <w:t>A</w:t>
      </w:r>
      <w:r w:rsidRPr="000D2167">
        <w:rPr>
          <w:rFonts w:ascii="Times New Roman" w:hAnsi="Times New Roman" w:cs="Times New Roman"/>
          <w:color w:val="auto"/>
          <w:sz w:val="24"/>
          <w:szCs w:val="24"/>
        </w:rPr>
        <w:t>C)</w:t>
      </w:r>
    </w:p>
    <w:p w:rsidR="00F25AFF" w:rsidRPr="000D2167" w:rsidRDefault="004471F2" w:rsidP="00C10A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2167">
        <w:rPr>
          <w:rFonts w:ascii="Times New Roman" w:hAnsi="Times New Roman" w:cs="Times New Roman"/>
          <w:sz w:val="24"/>
          <w:szCs w:val="24"/>
        </w:rPr>
        <w:t>Recommendation: Continuation of Registration / Improvement Required / Warning / Review Registration</w:t>
      </w:r>
    </w:p>
    <w:p w:rsidR="00F25AFF" w:rsidRPr="000D2167" w:rsidRDefault="004471F2" w:rsidP="00C10A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2167">
        <w:rPr>
          <w:rFonts w:ascii="Times New Roman" w:hAnsi="Times New Roman" w:cs="Times New Roman"/>
          <w:sz w:val="24"/>
          <w:szCs w:val="24"/>
        </w:rPr>
        <w:t>Remarks:</w:t>
      </w:r>
    </w:p>
    <w:p w:rsidR="00F25AFF" w:rsidRPr="000D2167" w:rsidRDefault="004471F2" w:rsidP="00C10A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D2167">
        <w:rPr>
          <w:rFonts w:ascii="Times New Roman" w:hAnsi="Times New Roman" w:cs="Times New Roman"/>
          <w:sz w:val="24"/>
          <w:szCs w:val="24"/>
        </w:rPr>
        <w:t>Signatures of DRC Members</w:t>
      </w:r>
    </w:p>
    <w:p w:rsidR="004471F2" w:rsidRPr="000D2167" w:rsidRDefault="004471F2" w:rsidP="00C10A0B">
      <w:pPr>
        <w:pStyle w:val="Heading1"/>
        <w:spacing w:before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F25AFF" w:rsidRPr="000D2167" w:rsidRDefault="004471F2" w:rsidP="00C10A0B">
      <w:pPr>
        <w:pStyle w:val="Heading1"/>
        <w:spacing w:before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D2167">
        <w:rPr>
          <w:rFonts w:ascii="Times New Roman" w:hAnsi="Times New Roman" w:cs="Times New Roman"/>
          <w:color w:val="auto"/>
          <w:sz w:val="24"/>
          <w:szCs w:val="24"/>
        </w:rPr>
        <w:t>1</w:t>
      </w:r>
      <w:r w:rsidR="008106F1" w:rsidRPr="000D2167">
        <w:rPr>
          <w:rFonts w:ascii="Times New Roman" w:hAnsi="Times New Roman" w:cs="Times New Roman"/>
          <w:color w:val="auto"/>
          <w:sz w:val="24"/>
          <w:szCs w:val="24"/>
        </w:rPr>
        <w:t>5</w:t>
      </w:r>
      <w:r w:rsidRPr="000D2167">
        <w:rPr>
          <w:rFonts w:ascii="Times New Roman" w:hAnsi="Times New Roman" w:cs="Times New Roman"/>
          <w:color w:val="auto"/>
          <w:sz w:val="24"/>
          <w:szCs w:val="24"/>
        </w:rPr>
        <w:t>. Approval of Head of Department</w:t>
      </w:r>
    </w:p>
    <w:p w:rsidR="00F25AFF" w:rsidRPr="000D2167" w:rsidRDefault="004471F2" w:rsidP="00C10A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2167">
        <w:rPr>
          <w:rFonts w:ascii="Times New Roman" w:hAnsi="Times New Roman" w:cs="Times New Roman"/>
          <w:sz w:val="24"/>
          <w:szCs w:val="24"/>
        </w:rPr>
        <w:t>Name</w:t>
      </w:r>
      <w:proofErr w:type="gramStart"/>
      <w:r w:rsidRPr="000D2167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0D2167">
        <w:rPr>
          <w:rFonts w:ascii="Times New Roman" w:hAnsi="Times New Roman" w:cs="Times New Roman"/>
          <w:sz w:val="24"/>
          <w:szCs w:val="24"/>
        </w:rPr>
        <w:br/>
        <w:t>Signature:</w:t>
      </w:r>
      <w:r w:rsidRPr="000D2167">
        <w:rPr>
          <w:rFonts w:ascii="Times New Roman" w:hAnsi="Times New Roman" w:cs="Times New Roman"/>
          <w:sz w:val="24"/>
          <w:szCs w:val="24"/>
        </w:rPr>
        <w:br/>
        <w:t>Date:</w:t>
      </w:r>
    </w:p>
    <w:p w:rsidR="00C10A0B" w:rsidRPr="000D2167" w:rsidRDefault="00C10A0B" w:rsidP="00C10A0B">
      <w:pPr>
        <w:pStyle w:val="Heading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F25AFF" w:rsidRPr="000D2167" w:rsidRDefault="004471F2" w:rsidP="00C10A0B">
      <w:pPr>
        <w:pStyle w:val="Heading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D2167">
        <w:rPr>
          <w:rFonts w:ascii="Times New Roman" w:hAnsi="Times New Roman" w:cs="Times New Roman"/>
          <w:color w:val="auto"/>
          <w:sz w:val="24"/>
          <w:szCs w:val="24"/>
        </w:rPr>
        <w:t>1</w:t>
      </w:r>
      <w:r w:rsidR="008106F1" w:rsidRPr="000D2167">
        <w:rPr>
          <w:rFonts w:ascii="Times New Roman" w:hAnsi="Times New Roman" w:cs="Times New Roman"/>
          <w:color w:val="auto"/>
          <w:sz w:val="24"/>
          <w:szCs w:val="24"/>
        </w:rPr>
        <w:t>6</w:t>
      </w:r>
      <w:r w:rsidRPr="000D2167">
        <w:rPr>
          <w:rFonts w:ascii="Times New Roman" w:hAnsi="Times New Roman" w:cs="Times New Roman"/>
          <w:color w:val="auto"/>
          <w:sz w:val="24"/>
          <w:szCs w:val="24"/>
        </w:rPr>
        <w:t>. Approval of Dean / Academic Authority</w:t>
      </w:r>
    </w:p>
    <w:p w:rsidR="00F25AFF" w:rsidRPr="000D2167" w:rsidRDefault="004471F2" w:rsidP="00C10A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2167">
        <w:rPr>
          <w:rFonts w:ascii="Times New Roman" w:hAnsi="Times New Roman" w:cs="Times New Roman"/>
          <w:sz w:val="24"/>
          <w:szCs w:val="24"/>
        </w:rPr>
        <w:t>Name</w:t>
      </w:r>
      <w:proofErr w:type="gramStart"/>
      <w:r w:rsidRPr="000D2167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0D2167">
        <w:rPr>
          <w:rFonts w:ascii="Times New Roman" w:hAnsi="Times New Roman" w:cs="Times New Roman"/>
          <w:sz w:val="24"/>
          <w:szCs w:val="24"/>
        </w:rPr>
        <w:br/>
        <w:t>Signature:</w:t>
      </w:r>
      <w:r w:rsidRPr="000D2167">
        <w:rPr>
          <w:rFonts w:ascii="Times New Roman" w:hAnsi="Times New Roman" w:cs="Times New Roman"/>
          <w:sz w:val="24"/>
          <w:szCs w:val="24"/>
        </w:rPr>
        <w:br/>
        <w:t>Date:</w:t>
      </w:r>
    </w:p>
    <w:p w:rsidR="00903E73" w:rsidRPr="000D2167" w:rsidRDefault="00903E73" w:rsidP="00C10A0B">
      <w:pPr>
        <w:pStyle w:val="Heading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F25AFF" w:rsidRPr="000D2167" w:rsidRDefault="004471F2" w:rsidP="00C10A0B">
      <w:pPr>
        <w:pStyle w:val="Heading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D2167">
        <w:rPr>
          <w:rFonts w:ascii="Times New Roman" w:hAnsi="Times New Roman" w:cs="Times New Roman"/>
          <w:color w:val="auto"/>
          <w:sz w:val="24"/>
          <w:szCs w:val="24"/>
        </w:rPr>
        <w:t>1</w:t>
      </w:r>
      <w:r w:rsidR="008106F1" w:rsidRPr="000D2167">
        <w:rPr>
          <w:rFonts w:ascii="Times New Roman" w:hAnsi="Times New Roman" w:cs="Times New Roman"/>
          <w:color w:val="auto"/>
          <w:sz w:val="24"/>
          <w:szCs w:val="24"/>
        </w:rPr>
        <w:t>7</w:t>
      </w:r>
      <w:r w:rsidRPr="000D2167">
        <w:rPr>
          <w:rFonts w:ascii="Times New Roman" w:hAnsi="Times New Roman" w:cs="Times New Roman"/>
          <w:color w:val="auto"/>
          <w:sz w:val="24"/>
          <w:szCs w:val="24"/>
        </w:rPr>
        <w:t>. Final Approval by Registrar / Academic Section</w:t>
      </w:r>
    </w:p>
    <w:p w:rsidR="00F25AFF" w:rsidRPr="000D2167" w:rsidRDefault="004471F2" w:rsidP="00C10A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2167">
        <w:rPr>
          <w:rFonts w:ascii="Times New Roman" w:hAnsi="Times New Roman" w:cs="Times New Roman"/>
          <w:sz w:val="24"/>
          <w:szCs w:val="24"/>
        </w:rPr>
        <w:t>Name</w:t>
      </w:r>
      <w:proofErr w:type="gramStart"/>
      <w:r w:rsidRPr="000D2167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0D2167">
        <w:rPr>
          <w:rFonts w:ascii="Times New Roman" w:hAnsi="Times New Roman" w:cs="Times New Roman"/>
          <w:sz w:val="24"/>
          <w:szCs w:val="24"/>
        </w:rPr>
        <w:br/>
        <w:t>Signature:</w:t>
      </w:r>
      <w:r w:rsidRPr="000D2167">
        <w:rPr>
          <w:rFonts w:ascii="Times New Roman" w:hAnsi="Times New Roman" w:cs="Times New Roman"/>
          <w:sz w:val="24"/>
          <w:szCs w:val="24"/>
        </w:rPr>
        <w:br/>
        <w:t>Seal of University</w:t>
      </w:r>
    </w:p>
    <w:sectPr w:rsidR="00F25AFF" w:rsidRPr="000D2167" w:rsidSect="00903E73">
      <w:pgSz w:w="12240" w:h="15840"/>
      <w:pgMar w:top="993" w:right="1800" w:bottom="709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>
    <w:useFELayout/>
  </w:compat>
  <w:rsids>
    <w:rsidRoot w:val="00B47730"/>
    <w:rsid w:val="000058A9"/>
    <w:rsid w:val="0002023A"/>
    <w:rsid w:val="00034616"/>
    <w:rsid w:val="0006063C"/>
    <w:rsid w:val="000D2167"/>
    <w:rsid w:val="0015074B"/>
    <w:rsid w:val="00214AE1"/>
    <w:rsid w:val="0029639D"/>
    <w:rsid w:val="00326F90"/>
    <w:rsid w:val="003A1642"/>
    <w:rsid w:val="004471F2"/>
    <w:rsid w:val="008106F1"/>
    <w:rsid w:val="008E5ED3"/>
    <w:rsid w:val="00903E73"/>
    <w:rsid w:val="009C5A2D"/>
    <w:rsid w:val="00AA1D8D"/>
    <w:rsid w:val="00B47730"/>
    <w:rsid w:val="00C10A0B"/>
    <w:rsid w:val="00CA0FB6"/>
    <w:rsid w:val="00CB0664"/>
    <w:rsid w:val="00D618B8"/>
    <w:rsid w:val="00E60E2A"/>
    <w:rsid w:val="00F21307"/>
    <w:rsid w:val="00F25AFF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whitespace-normal">
    <w:name w:val="whitespace-normal"/>
    <w:basedOn w:val="DefaultParagraphFont"/>
    <w:rsid w:val="00E60E2A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3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3009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Dr L Surjit Singh</cp:lastModifiedBy>
  <cp:revision>16</cp:revision>
  <cp:lastPrinted>2026-03-12T08:59:00Z</cp:lastPrinted>
  <dcterms:created xsi:type="dcterms:W3CDTF">2013-12-23T23:15:00Z</dcterms:created>
  <dcterms:modified xsi:type="dcterms:W3CDTF">2026-03-13T11:08:00Z</dcterms:modified>
  <cp:category/>
</cp:coreProperties>
</file>